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CF812" w14:textId="77777777" w:rsidR="00CD41AE" w:rsidRPr="00924F3A" w:rsidRDefault="00000000">
      <w:pPr>
        <w:pStyle w:val="1"/>
        <w:rPr>
          <w:lang w:val="el-GR"/>
        </w:rPr>
      </w:pPr>
      <w:r w:rsidRPr="00924F3A">
        <w:rPr>
          <w:lang w:val="el-GR"/>
        </w:rPr>
        <w:t>Σχέδιο Μαθήματος ΣΔΕ – Οικογένεια, Φίλοι και Σχέσεις</w:t>
      </w:r>
    </w:p>
    <w:p w14:paraId="10C5D084" w14:textId="77777777" w:rsidR="00CD41AE" w:rsidRPr="00924F3A" w:rsidRDefault="00000000">
      <w:pPr>
        <w:rPr>
          <w:lang w:val="el-GR"/>
        </w:rPr>
      </w:pPr>
      <w:r w:rsidRPr="00924F3A">
        <w:rPr>
          <w:lang w:val="el-GR"/>
        </w:rPr>
        <w:t>Θέμα: Οικογένεια, φίλοι και σχέσεις – ρόλοι, φιλία και υποστήριξη</w:t>
      </w:r>
      <w:r w:rsidRPr="00924F3A">
        <w:rPr>
          <w:lang w:val="el-GR"/>
        </w:rPr>
        <w:br/>
        <w:t>Διάρκεια: 2 διδακτικές ώρες (2 × 45΄)</w:t>
      </w:r>
    </w:p>
    <w:p w14:paraId="0FDD02BE" w14:textId="77777777" w:rsidR="00CD41AE" w:rsidRPr="00924F3A" w:rsidRDefault="00000000">
      <w:pPr>
        <w:rPr>
          <w:lang w:val="el-GR"/>
        </w:rPr>
      </w:pPr>
      <w:r w:rsidRPr="00924F3A">
        <w:rPr>
          <w:lang w:val="el-GR"/>
        </w:rPr>
        <w:t>1. Στόχοι μαθήματος</w:t>
      </w:r>
    </w:p>
    <w:p w14:paraId="2CBEDBA3" w14:textId="77777777" w:rsidR="00CD41AE" w:rsidRPr="00924F3A" w:rsidRDefault="00000000">
      <w:pPr>
        <w:rPr>
          <w:lang w:val="el-GR"/>
        </w:rPr>
      </w:pPr>
      <w:r w:rsidRPr="00924F3A">
        <w:rPr>
          <w:lang w:val="el-GR"/>
        </w:rPr>
        <w:t>Γνωστικοί:</w:t>
      </w:r>
      <w:r w:rsidRPr="00924F3A">
        <w:rPr>
          <w:lang w:val="el-GR"/>
        </w:rPr>
        <w:br/>
        <w:t>- Κατανόηση της έννοιας της οικογένειας και της φιλίας.</w:t>
      </w:r>
      <w:r w:rsidRPr="00924F3A">
        <w:rPr>
          <w:lang w:val="el-GR"/>
        </w:rPr>
        <w:br/>
        <w:t>- Αναγνώριση ρόλων μέσα στην οικογένεια.</w:t>
      </w:r>
      <w:r w:rsidRPr="00924F3A">
        <w:rPr>
          <w:lang w:val="el-GR"/>
        </w:rPr>
        <w:br/>
        <w:t>- Κατανόηση μορφών υποστήριξης.</w:t>
      </w:r>
    </w:p>
    <w:p w14:paraId="30FCC0ED" w14:textId="77777777" w:rsidR="00CD41AE" w:rsidRPr="00924F3A" w:rsidRDefault="00000000">
      <w:pPr>
        <w:rPr>
          <w:lang w:val="el-GR"/>
        </w:rPr>
      </w:pPr>
      <w:proofErr w:type="spellStart"/>
      <w:r w:rsidRPr="00924F3A">
        <w:rPr>
          <w:lang w:val="el-GR"/>
        </w:rPr>
        <w:t>Κοινωνικο</w:t>
      </w:r>
      <w:proofErr w:type="spellEnd"/>
      <w:r w:rsidRPr="00924F3A">
        <w:rPr>
          <w:lang w:val="el-GR"/>
        </w:rPr>
        <w:t>-συναισθηματικοί:</w:t>
      </w:r>
      <w:r w:rsidRPr="00924F3A">
        <w:rPr>
          <w:lang w:val="el-GR"/>
        </w:rPr>
        <w:br/>
        <w:t>- Έκφραση εμπειριών με σεβασμό.</w:t>
      </w:r>
      <w:r w:rsidRPr="00924F3A">
        <w:rPr>
          <w:lang w:val="el-GR"/>
        </w:rPr>
        <w:br/>
        <w:t xml:space="preserve">- </w:t>
      </w:r>
      <w:proofErr w:type="spellStart"/>
      <w:r w:rsidRPr="00924F3A">
        <w:rPr>
          <w:lang w:val="el-GR"/>
        </w:rPr>
        <w:t>Ενσυναίσθηση</w:t>
      </w:r>
      <w:proofErr w:type="spellEnd"/>
      <w:r w:rsidRPr="00924F3A">
        <w:rPr>
          <w:lang w:val="el-GR"/>
        </w:rPr>
        <w:t xml:space="preserve"> και ενεργητική ακρόαση.</w:t>
      </w:r>
    </w:p>
    <w:p w14:paraId="6B820D3A" w14:textId="77777777" w:rsidR="00CD41AE" w:rsidRPr="00924F3A" w:rsidRDefault="00000000">
      <w:pPr>
        <w:rPr>
          <w:lang w:val="el-GR"/>
        </w:rPr>
      </w:pPr>
      <w:r w:rsidRPr="00924F3A">
        <w:rPr>
          <w:lang w:val="el-GR"/>
        </w:rPr>
        <w:t>Δεξιότητες:</w:t>
      </w:r>
      <w:r w:rsidRPr="00924F3A">
        <w:rPr>
          <w:lang w:val="el-GR"/>
        </w:rPr>
        <w:br/>
        <w:t>- Κατανόηση κειμένου.</w:t>
      </w:r>
      <w:r w:rsidRPr="00924F3A">
        <w:rPr>
          <w:lang w:val="el-GR"/>
        </w:rPr>
        <w:br/>
        <w:t>- Προφορική έκφραση.</w:t>
      </w:r>
      <w:r w:rsidRPr="00924F3A">
        <w:rPr>
          <w:lang w:val="el-GR"/>
        </w:rPr>
        <w:br/>
        <w:t>- Ομαδική συνεργασία.</w:t>
      </w:r>
    </w:p>
    <w:p w14:paraId="77424EB2" w14:textId="3FDBE77F" w:rsidR="00CD41AE" w:rsidRPr="00924F3A" w:rsidRDefault="00000000">
      <w:pPr>
        <w:rPr>
          <w:lang w:val="el-GR"/>
        </w:rPr>
      </w:pPr>
      <w:r w:rsidRPr="00924F3A">
        <w:rPr>
          <w:lang w:val="el-GR"/>
        </w:rPr>
        <w:t>2. Υλικά – Μέσα</w:t>
      </w:r>
      <w:r w:rsidRPr="00924F3A">
        <w:rPr>
          <w:lang w:val="el-GR"/>
        </w:rPr>
        <w:br/>
        <w:t xml:space="preserve">- </w:t>
      </w:r>
      <w:r w:rsidR="00924F3A">
        <w:rPr>
          <w:lang w:val="el-GR"/>
        </w:rPr>
        <w:t>Διαδίκτυο</w:t>
      </w:r>
      <w:r w:rsidRPr="00924F3A">
        <w:rPr>
          <w:lang w:val="el-GR"/>
        </w:rPr>
        <w:br/>
        <w:t>- Πίνακας</w:t>
      </w:r>
      <w:r w:rsidRPr="00924F3A">
        <w:rPr>
          <w:lang w:val="el-GR"/>
        </w:rPr>
        <w:br/>
      </w:r>
    </w:p>
    <w:p w14:paraId="45D200C5" w14:textId="77777777" w:rsidR="00CD41AE" w:rsidRPr="00924F3A" w:rsidRDefault="00000000">
      <w:pPr>
        <w:rPr>
          <w:lang w:val="el-GR"/>
        </w:rPr>
      </w:pPr>
      <w:r w:rsidRPr="00924F3A">
        <w:rPr>
          <w:lang w:val="el-GR"/>
        </w:rPr>
        <w:t>----------------------------------</w:t>
      </w:r>
      <w:r w:rsidRPr="00924F3A">
        <w:rPr>
          <w:lang w:val="el-GR"/>
        </w:rPr>
        <w:br/>
        <w:t>Πρώτη Διδακτική Ώρα</w:t>
      </w:r>
    </w:p>
    <w:p w14:paraId="24745405" w14:textId="77777777" w:rsidR="00CD41AE" w:rsidRPr="00924F3A" w:rsidRDefault="00000000">
      <w:pPr>
        <w:rPr>
          <w:lang w:val="el-GR"/>
        </w:rPr>
      </w:pPr>
      <w:r w:rsidRPr="00924F3A">
        <w:rPr>
          <w:lang w:val="el-GR"/>
        </w:rPr>
        <w:t>Εισαγωγή – Ενεργοποίηση:</w:t>
      </w:r>
      <w:r w:rsidRPr="00924F3A">
        <w:rPr>
          <w:lang w:val="el-GR"/>
        </w:rPr>
        <w:br/>
        <w:t>Ερωτήσεις:</w:t>
      </w:r>
      <w:r w:rsidRPr="00924F3A">
        <w:rPr>
          <w:lang w:val="el-GR"/>
        </w:rPr>
        <w:br/>
        <w:t>- Τι σημαίνει οικογένεια;</w:t>
      </w:r>
      <w:r w:rsidRPr="00924F3A">
        <w:rPr>
          <w:lang w:val="el-GR"/>
        </w:rPr>
        <w:br/>
        <w:t>- Τι είναι καλός φίλος;</w:t>
      </w:r>
      <w:r w:rsidRPr="00924F3A">
        <w:rPr>
          <w:lang w:val="el-GR"/>
        </w:rPr>
        <w:br/>
        <w:t>- Σε ποιον απευθύνεστε όταν έχετε πρόβλημα;</w:t>
      </w:r>
    </w:p>
    <w:p w14:paraId="1DC7FE1D" w14:textId="77777777" w:rsidR="00CD41AE" w:rsidRPr="00924F3A" w:rsidRDefault="00000000">
      <w:pPr>
        <w:rPr>
          <w:lang w:val="el-GR"/>
        </w:rPr>
      </w:pPr>
      <w:r w:rsidRPr="00924F3A">
        <w:rPr>
          <w:lang w:val="el-GR"/>
        </w:rPr>
        <w:t>Κείμενο ανάγνωσης:</w:t>
      </w:r>
    </w:p>
    <w:p w14:paraId="1C6C5E27" w14:textId="77777777" w:rsidR="00CD41AE" w:rsidRPr="00924F3A" w:rsidRDefault="00000000">
      <w:pPr>
        <w:rPr>
          <w:lang w:val="el-GR"/>
        </w:rPr>
      </w:pPr>
      <w:r w:rsidRPr="00924F3A">
        <w:rPr>
          <w:lang w:val="el-GR"/>
        </w:rPr>
        <w:t>Οικογένεια και φίλοι στη ζωή μας</w:t>
      </w:r>
    </w:p>
    <w:p w14:paraId="0464B9D1" w14:textId="77777777" w:rsidR="00CD41AE" w:rsidRPr="00924F3A" w:rsidRDefault="00000000">
      <w:pPr>
        <w:rPr>
          <w:lang w:val="el-GR"/>
        </w:rPr>
      </w:pPr>
      <w:r w:rsidRPr="00924F3A">
        <w:rPr>
          <w:lang w:val="el-GR"/>
        </w:rPr>
        <w:t>Η οικογένεια είναι συνήθως το πρώτο κοινωνικό περιβάλλον στο οποίο μεγαλώνει ένας άνθρωπος. Εκεί μαθαίνει να μιλά, να μοιράζεται, να σέβεται τους άλλους και να αντιμετωπίζει δυσκολίες.</w:t>
      </w:r>
    </w:p>
    <w:p w14:paraId="27392A85" w14:textId="77777777" w:rsidR="00CD41AE" w:rsidRPr="00924F3A" w:rsidRDefault="00000000">
      <w:pPr>
        <w:rPr>
          <w:lang w:val="el-GR"/>
        </w:rPr>
      </w:pPr>
      <w:r w:rsidRPr="00924F3A">
        <w:rPr>
          <w:lang w:val="el-GR"/>
        </w:rPr>
        <w:t>Οι φίλοι είναι οι άνθρωποι που επιλέγουμε. Η φιλία βασίζεται στην εμπιστοσύνη, στην ειλικρίνεια και στην αποδοχή.</w:t>
      </w:r>
    </w:p>
    <w:p w14:paraId="5720EE81" w14:textId="77777777" w:rsidR="00CD41AE" w:rsidRPr="00924F3A" w:rsidRDefault="00000000">
      <w:pPr>
        <w:rPr>
          <w:lang w:val="el-GR"/>
        </w:rPr>
      </w:pPr>
      <w:r w:rsidRPr="00924F3A">
        <w:rPr>
          <w:lang w:val="el-GR"/>
        </w:rPr>
        <w:lastRenderedPageBreak/>
        <w:t>Η υποστήριξη από την οικογένεια και τους φίλους βοηθά στην ψυχική υγεία και δίνει δύναμη να αντιμετωπίζουμε τα προβλήματα.</w:t>
      </w:r>
    </w:p>
    <w:p w14:paraId="256AC1ED" w14:textId="77777777" w:rsidR="00CD41AE" w:rsidRPr="00924F3A" w:rsidRDefault="00000000">
      <w:pPr>
        <w:rPr>
          <w:lang w:val="el-GR"/>
        </w:rPr>
      </w:pPr>
      <w:r w:rsidRPr="00924F3A">
        <w:rPr>
          <w:lang w:val="el-GR"/>
        </w:rPr>
        <w:t>Ερωτήσεις κατανόησης:</w:t>
      </w:r>
      <w:r w:rsidRPr="00924F3A">
        <w:rPr>
          <w:lang w:val="el-GR"/>
        </w:rPr>
        <w:br/>
        <w:t>1. Ποιος είναι ο ρόλος της οικογένειας;</w:t>
      </w:r>
      <w:r w:rsidRPr="00924F3A">
        <w:rPr>
          <w:lang w:val="el-GR"/>
        </w:rPr>
        <w:br/>
        <w:t>2. Σε τι βασίζεται η φιλία;</w:t>
      </w:r>
      <w:r w:rsidRPr="00924F3A">
        <w:rPr>
          <w:lang w:val="el-GR"/>
        </w:rPr>
        <w:br/>
        <w:t>3. Γιατί είναι σημαντική η υποστήριξη;</w:t>
      </w:r>
      <w:r w:rsidRPr="00924F3A">
        <w:rPr>
          <w:lang w:val="el-GR"/>
        </w:rPr>
        <w:br/>
        <w:t>4. Τι χρειάζονται οι καλές σχέσεις;</w:t>
      </w:r>
    </w:p>
    <w:p w14:paraId="0B9E6CA1" w14:textId="77777777" w:rsidR="00CD41AE" w:rsidRPr="00924F3A" w:rsidRDefault="00000000">
      <w:pPr>
        <w:rPr>
          <w:lang w:val="el-GR"/>
        </w:rPr>
      </w:pPr>
      <w:r w:rsidRPr="00924F3A">
        <w:rPr>
          <w:lang w:val="el-GR"/>
        </w:rPr>
        <w:t>Ομαδική δραστηριότητα:</w:t>
      </w:r>
      <w:r w:rsidRPr="00924F3A">
        <w:rPr>
          <w:lang w:val="el-GR"/>
        </w:rPr>
        <w:br/>
        <w:t>- Σημαντικός ρόλος στην οικογένεια</w:t>
      </w:r>
      <w:r w:rsidRPr="00924F3A">
        <w:rPr>
          <w:lang w:val="el-GR"/>
        </w:rPr>
        <w:br/>
        <w:t>- Χαρακτηριστικά καλού φίλου</w:t>
      </w:r>
    </w:p>
    <w:p w14:paraId="57BA138F" w14:textId="77777777" w:rsidR="00CD41AE" w:rsidRPr="00924F3A" w:rsidRDefault="00000000">
      <w:pPr>
        <w:rPr>
          <w:lang w:val="el-GR"/>
        </w:rPr>
      </w:pPr>
      <w:r w:rsidRPr="00924F3A">
        <w:rPr>
          <w:lang w:val="el-GR"/>
        </w:rPr>
        <w:t>----------------------------------</w:t>
      </w:r>
      <w:r w:rsidRPr="00924F3A">
        <w:rPr>
          <w:lang w:val="el-GR"/>
        </w:rPr>
        <w:br/>
        <w:t>Δεύτερη Διδακτική Ώρα</w:t>
      </w:r>
    </w:p>
    <w:p w14:paraId="188D4233" w14:textId="77777777" w:rsidR="00CD41AE" w:rsidRPr="00924F3A" w:rsidRDefault="00000000">
      <w:pPr>
        <w:rPr>
          <w:lang w:val="el-GR"/>
        </w:rPr>
      </w:pPr>
      <w:r w:rsidRPr="00924F3A">
        <w:rPr>
          <w:lang w:val="el-GR"/>
        </w:rPr>
        <w:t>Θέματα συζήτησης:</w:t>
      </w:r>
    </w:p>
    <w:p w14:paraId="7E314B8E" w14:textId="77777777" w:rsidR="00CD41AE" w:rsidRPr="00924F3A" w:rsidRDefault="00000000">
      <w:pPr>
        <w:rPr>
          <w:lang w:val="el-GR"/>
        </w:rPr>
      </w:pPr>
      <w:r w:rsidRPr="00924F3A">
        <w:rPr>
          <w:lang w:val="el-GR"/>
        </w:rPr>
        <w:t>Ρόλοι στην οικογένεια:</w:t>
      </w:r>
      <w:r w:rsidRPr="00924F3A">
        <w:rPr>
          <w:lang w:val="el-GR"/>
        </w:rPr>
        <w:br/>
        <w:t>- Πρέπει να είναι ίδιοι;</w:t>
      </w:r>
      <w:r w:rsidRPr="00924F3A">
        <w:rPr>
          <w:lang w:val="el-GR"/>
        </w:rPr>
        <w:br/>
        <w:t>- Αλλάζουν;</w:t>
      </w:r>
    </w:p>
    <w:p w14:paraId="442C8D28" w14:textId="77777777" w:rsidR="00CD41AE" w:rsidRPr="00924F3A" w:rsidRDefault="00000000">
      <w:pPr>
        <w:rPr>
          <w:lang w:val="el-GR"/>
        </w:rPr>
      </w:pPr>
      <w:r w:rsidRPr="00924F3A">
        <w:rPr>
          <w:lang w:val="el-GR"/>
        </w:rPr>
        <w:t>Φιλία στην ενήλικη ζωή:</w:t>
      </w:r>
      <w:r w:rsidRPr="00924F3A">
        <w:rPr>
          <w:lang w:val="el-GR"/>
        </w:rPr>
        <w:br/>
        <w:t>- Είναι εύκολο να κάνουμε φίλους;</w:t>
      </w:r>
      <w:r w:rsidRPr="00924F3A">
        <w:rPr>
          <w:lang w:val="el-GR"/>
        </w:rPr>
        <w:br/>
        <w:t>- Υπάρχει φιλία χωρίς εμπιστοσύνη;</w:t>
      </w:r>
    </w:p>
    <w:p w14:paraId="7C301A0F" w14:textId="77777777" w:rsidR="00CD41AE" w:rsidRPr="00924F3A" w:rsidRDefault="00000000">
      <w:pPr>
        <w:rPr>
          <w:lang w:val="el-GR"/>
        </w:rPr>
      </w:pPr>
      <w:r w:rsidRPr="00924F3A">
        <w:rPr>
          <w:lang w:val="el-GR"/>
        </w:rPr>
        <w:t>Υποστήριξη:</w:t>
      </w:r>
      <w:r w:rsidRPr="00924F3A">
        <w:rPr>
          <w:lang w:val="el-GR"/>
        </w:rPr>
        <w:br/>
        <w:t>- Πώς δείχνουμε στήριξη;</w:t>
      </w:r>
      <w:r w:rsidRPr="00924F3A">
        <w:rPr>
          <w:lang w:val="el-GR"/>
        </w:rPr>
        <w:br/>
        <w:t>- Είναι εύκολο να ζητάμε βοήθεια;</w:t>
      </w:r>
    </w:p>
    <w:p w14:paraId="5C64AC2E" w14:textId="77777777" w:rsidR="00CD41AE" w:rsidRPr="00924F3A" w:rsidRDefault="00000000">
      <w:pPr>
        <w:rPr>
          <w:lang w:val="el-GR"/>
        </w:rPr>
      </w:pPr>
      <w:r w:rsidRPr="00924F3A">
        <w:rPr>
          <w:lang w:val="el-GR"/>
        </w:rPr>
        <w:t>Ερωτήσεις προσωπικού προβληματισμού:</w:t>
      </w:r>
      <w:r w:rsidRPr="00924F3A">
        <w:rPr>
          <w:lang w:val="el-GR"/>
        </w:rPr>
        <w:br/>
        <w:t>- Ποιος σας έχει στηρίξει περισσότερο;</w:t>
      </w:r>
      <w:r w:rsidRPr="00924F3A">
        <w:rPr>
          <w:lang w:val="el-GR"/>
        </w:rPr>
        <w:br/>
        <w:t>- Τι θεωρείτε πιο σημαντικό: οικογένεια ή φίλους;</w:t>
      </w:r>
      <w:r w:rsidRPr="00924F3A">
        <w:rPr>
          <w:lang w:val="el-GR"/>
        </w:rPr>
        <w:br/>
        <w:t>- Πώς μπορείτε να γίνετε καλύτερος φίλος;</w:t>
      </w:r>
    </w:p>
    <w:p w14:paraId="1D2E4EEF" w14:textId="77777777" w:rsidR="00CD41AE" w:rsidRPr="00924F3A" w:rsidRDefault="00000000">
      <w:pPr>
        <w:rPr>
          <w:lang w:val="el-GR"/>
        </w:rPr>
      </w:pPr>
      <w:r w:rsidRPr="00924F3A">
        <w:rPr>
          <w:lang w:val="el-GR"/>
        </w:rPr>
        <w:t>Κλείσιμο:</w:t>
      </w:r>
      <w:r w:rsidRPr="00924F3A">
        <w:rPr>
          <w:lang w:val="el-GR"/>
        </w:rPr>
        <w:br/>
        <w:t>Μία λέξη που κρατούν από το μάθημα.</w:t>
      </w:r>
    </w:p>
    <w:p w14:paraId="1496E1B9" w14:textId="6C70DE42" w:rsidR="00CD41AE" w:rsidRPr="00924F3A" w:rsidRDefault="00924F3A">
      <w:pPr>
        <w:rPr>
          <w:lang w:val="el-GR"/>
        </w:rPr>
      </w:pPr>
      <w:r>
        <w:rPr>
          <w:lang w:val="el-GR"/>
        </w:rPr>
        <w:t>Τ</w:t>
      </w:r>
      <w:r w:rsidR="00000000" w:rsidRPr="00924F3A">
        <w:rPr>
          <w:lang w:val="el-GR"/>
        </w:rPr>
        <w:t>ι σημαίνει για εσάς πραγματική υποστήριξη.</w:t>
      </w:r>
    </w:p>
    <w:sectPr w:rsidR="00CD41AE" w:rsidRPr="00924F3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77675567">
    <w:abstractNumId w:val="8"/>
  </w:num>
  <w:num w:numId="2" w16cid:durableId="1028216850">
    <w:abstractNumId w:val="6"/>
  </w:num>
  <w:num w:numId="3" w16cid:durableId="545797501">
    <w:abstractNumId w:val="5"/>
  </w:num>
  <w:num w:numId="4" w16cid:durableId="1231770903">
    <w:abstractNumId w:val="4"/>
  </w:num>
  <w:num w:numId="5" w16cid:durableId="355931898">
    <w:abstractNumId w:val="7"/>
  </w:num>
  <w:num w:numId="6" w16cid:durableId="721178974">
    <w:abstractNumId w:val="3"/>
  </w:num>
  <w:num w:numId="7" w16cid:durableId="990913947">
    <w:abstractNumId w:val="2"/>
  </w:num>
  <w:num w:numId="8" w16cid:durableId="1001815596">
    <w:abstractNumId w:val="1"/>
  </w:num>
  <w:num w:numId="9" w16cid:durableId="147151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407B"/>
    <w:rsid w:val="0029639D"/>
    <w:rsid w:val="00326F90"/>
    <w:rsid w:val="00924F3A"/>
    <w:rsid w:val="00AA1D8D"/>
    <w:rsid w:val="00B47730"/>
    <w:rsid w:val="00CB0664"/>
    <w:rsid w:val="00CD41A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A4CC17"/>
  <w14:defaultImageDpi w14:val="300"/>
  <w15:docId w15:val="{3E23DDD0-F403-4401-90F6-E1B4815B8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ΑΝΝΑ ΕΞΑΚΟΥΣΤΟΥ</cp:lastModifiedBy>
  <cp:revision>2</cp:revision>
  <dcterms:created xsi:type="dcterms:W3CDTF">2026-01-26T08:13:00Z</dcterms:created>
  <dcterms:modified xsi:type="dcterms:W3CDTF">2026-01-26T08:13:00Z</dcterms:modified>
  <cp:category/>
</cp:coreProperties>
</file>